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Local Media Email Templates</w:t>
      </w:r>
    </w:p>
    <w:p>
      <w:pPr>
        <w:keepLines/>
      </w:pPr>
      <w:r>
        <w:t>Replace all bracketed fields. Select one email for your purpose. Link or attach the customized release or advisory. Do not promise access to students or speakers until permission is confirmed.</w:t>
      </w:r>
    </w:p>
    <w:p>
      <w:pPr>
        <w:pStyle w:val="Heading1"/>
      </w:pPr>
      <w:r>
        <w:t>Announcement</w:t>
      </w:r>
    </w:p>
    <w:p>
      <w:pPr>
        <w:keepNext/>
        <w:keepLines/>
      </w:pPr>
      <w:r>
        <w:rPr>
          <w:color w:val="155CA2"/>
        </w:rPr>
        <w:t>Subject: [SCHOOL] students to honor Ruby Bridges on [DATE]</w:t>
      </w:r>
    </w:p>
    <w:p>
      <w:pPr>
        <w:keepNext/>
        <w:keepLines/>
      </w:pPr>
      <w:r>
        <w:rPr>
          <w:color w:val="155CA2"/>
        </w:rPr>
        <w:t>Hi [REPORTER NAME],</w:t>
      </w:r>
    </w:p>
    <w:p>
      <w:pPr>
        <w:keepNext/>
        <w:keepLines/>
      </w:pPr>
      <w:r>
        <w:rPr>
          <w:color w:val="155CA2"/>
        </w:rPr>
        <w:t>Students at [SCHOOL] in [CITY] will observe Ruby Bridges Walk to School Day on [DATE] with [BRIEF LOCAL ACTIVITY].</w:t>
      </w:r>
    </w:p>
    <w:p>
      <w:pPr>
        <w:keepNext/>
        <w:keepLines/>
      </w:pPr>
      <w:r>
        <w:rPr>
          <w:color w:val="155CA2"/>
        </w:rPr>
        <w:t>The day honors Ruby’s historic first steps into William Frantz Elementary School and invites students to talk about courage, kindness and how they can make a difference in their own community. Our students will [SPECIFIC LOCAL DETAIL OR STUDENT ROLE].</w:t>
      </w:r>
    </w:p>
    <w:p>
      <w:pPr>
        <w:keepNext/>
        <w:keepLines/>
      </w:pPr>
      <w:r>
        <w:rPr>
          <w:color w:val="155CA2"/>
        </w:rPr>
        <w:t>I’ve attached our press release with more information. I’d be happy to help arrange an interview with [CONFIRMED SPOKESPERSON] or answer questions.</w:t>
      </w:r>
    </w:p>
    <w:p>
      <w:pPr>
        <w:keepLines/>
      </w:pPr>
      <w:r>
        <w:rPr>
          <w:color w:val="155CA2"/>
        </w:rPr>
        <w:t>Thank you for considering this story.</w:t>
        <w:br/>
        <w:t>[NAME]</w:t>
        <w:br/>
        <w:t>[TITLE / SCHOOL]</w:t>
        <w:br/>
        <w:t>[PHONE] | [EMAIL]</w:t>
      </w:r>
    </w:p>
    <w:p>
      <w:pPr>
        <w:pStyle w:val="Heading1"/>
      </w:pPr>
      <w:r>
        <w:t>Invitation to cover the event</w:t>
      </w:r>
    </w:p>
    <w:p>
      <w:pPr>
        <w:keepNext/>
        <w:keepLines/>
      </w:pPr>
      <w:r>
        <w:rPr>
          <w:color w:val="155CA2"/>
        </w:rPr>
        <w:t>Subject: Media invitation: Ruby Bridges Walk to School Day at [SCHOOL], [DATE]</w:t>
      </w:r>
    </w:p>
    <w:p>
      <w:pPr>
        <w:keepNext/>
        <w:keepLines/>
      </w:pPr>
      <w:r>
        <w:rPr>
          <w:color w:val="155CA2"/>
        </w:rPr>
        <w:t>Hi [REPORTER NAME],</w:t>
      </w:r>
    </w:p>
    <w:p>
      <w:pPr>
        <w:keepNext/>
        <w:keepLines/>
      </w:pPr>
      <w:r>
        <w:rPr>
          <w:color w:val="155CA2"/>
        </w:rPr>
        <w:t>We’d welcome you at [SCHOOL] on [DATE] at [TIME] as students observe Ruby Bridges Walk to School Day through [ACTIVITY].</w:t>
      </w:r>
    </w:p>
    <w:p>
      <w:pPr>
        <w:keepNext/>
        <w:keepLines/>
      </w:pPr>
      <w:r>
        <w:rPr>
          <w:color w:val="155CA2"/>
        </w:rPr>
        <w:t>Photo and video opportunities include [SPECIFIC VISUALS]. [CONFIRMED SPOKESPERSON] will be available to speak about [TOPIC]. Student interviews require advance coordination under our school’s policies.</w:t>
      </w:r>
    </w:p>
    <w:p>
      <w:pPr>
        <w:keepNext/>
        <w:keepLines/>
      </w:pPr>
      <w:r>
        <w:rPr>
          <w:color w:val="155CA2"/>
        </w:rPr>
        <w:t>The event takes place at [LOCATION]. Please contact me at [EMAIL/PHONE] so we can arrange check-in and access. Our advisory is attached.</w:t>
      </w:r>
    </w:p>
    <w:p>
      <w:pPr>
        <w:keepLines/>
      </w:pPr>
      <w:r>
        <w:rPr>
          <w:color w:val="155CA2"/>
        </w:rPr>
        <w:t>Thank you,</w:t>
        <w:br/>
        <w:t>[NAME]</w:t>
        <w:br/>
        <w:t>[TITLE / SCHOOL]</w:t>
      </w:r>
    </w:p>
    <w:p>
      <w:pPr>
        <w:pStyle w:val="Heading1"/>
      </w:pPr>
      <w:r>
        <w:t>Brief follow up</w:t>
      </w:r>
    </w:p>
    <w:p>
      <w:pPr>
        <w:keepNext/>
        <w:keepLines/>
      </w:pPr>
      <w:r>
        <w:rPr>
          <w:color w:val="155CA2"/>
        </w:rPr>
        <w:t>Subject: Following up: [SCHOOL] Ruby Bridges observance on [DATE]</w:t>
      </w:r>
    </w:p>
    <w:p>
      <w:pPr>
        <w:keepNext/>
        <w:keepLines/>
      </w:pPr>
      <w:r>
        <w:rPr>
          <w:color w:val="155CA2"/>
        </w:rPr>
        <w:t>Hi [REPORTER NAME],</w:t>
      </w:r>
    </w:p>
    <w:p>
      <w:pPr>
        <w:keepNext/>
        <w:keepLines/>
      </w:pPr>
      <w:r>
        <w:rPr>
          <w:color w:val="155CA2"/>
        </w:rPr>
        <w:t>I’m following up on our invitation to [SCHOOL]’s Ruby Bridges Walk to School Day observance on [DATE] at [TIME]. Students will [SPECIFIC ACTIVITY], and [CONFIRMED SPOKESPERSON] will be available for interviews.</w:t>
      </w:r>
    </w:p>
    <w:p>
      <w:pPr>
        <w:keepNext/>
        <w:keepLines/>
      </w:pPr>
      <w:r>
        <w:t>Please let me know if you’d like to attend or need more information. I can also provide approved photos and captions afterward if helpful.</w:t>
      </w:r>
    </w:p>
    <w:p>
      <w:pPr>
        <w:keepLines/>
      </w:pPr>
      <w:r>
        <w:rPr>
          <w:color w:val="155CA2"/>
        </w:rPr>
        <w:t>Thank you,</w:t>
        <w:br/>
        <w:t>[NAME]</w:t>
        <w:br/>
        <w:t>[PHONE] | [EMAIL]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944" w:right="1152" w:bottom="1008" w:left="1152" w:header="36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RubyBridges.foundation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14400" cy="76036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uby_Bridges_Revise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60363"/>
                  </a:xfrm>
                  <a:prstGeom prst="rect"/>
                </pic:spPr>
              </pic:pic>
            </a:graphicData>
          </a:graphic>
        </wp:inline>
      </w:drawing>
    </w:r>
    <w:r>
      <w:rPr>
        <w:sz w:val="16"/>
      </w:rPr>
      <w:t xml:space="preserve">   RUBY BRIDGES WALK TO SCHOOL DAY  |  MEDIA 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